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בבית - חדרים, רהיטים ומילות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של חדרים ורהיטים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יחס של מקום: על, מתחת, ליד, בתוך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צורת הרבים של שמות עצם הקשורים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אריק איינשטיין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הנאה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חלונות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השיר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במטבח מבשלים, במיטה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מתחת מתארת מיקום בחלק התחתון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ביחידה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בין מתארת מיקום בין שני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(🛏️)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(📦)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חמישה משפטים תקניים המתארים חדר, עם שימוש נכון בלפחות שתי מילות יחס של מקום ובשמות רהיטים מהיחידה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לתחושת שייכות, ביטחון או זיכרון הקשור לבית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מזהה נכון חדר ורהיט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שהמשפט כולל שימוש נכון ב-ל- אחרי מתחת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- בדקו הבנה כללית של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תחילת התרגול כדי לחזק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מילות המקום בעזרת חפצים אמיתיים בכיתה (ספר על שולחן, עיפרון מתחת לספר)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להתמקד בחלקים הבסיסיים: אוצר מילים, התאמה והשלמת משפטים ללא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בבית - חדרים, רהיטים ומילות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על השיר אוהב להיות בבית של אריק איינשטיין, ונתרגל מילים הקשורות לחדרים, רהיטים ומיקום בחלל.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שר את השיר אוהב להיות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אריק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שלמה ארצי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עומר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הנושא המרכזי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יחס באה בדרך כלל עם ל-?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הרבים של המילה חדר?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הרבים של המילה חלון?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אוהב להיות בבית הוא שיר שקט ונוסטלגי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מטבח הוא המקום שבו ישנים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מתחת מתארת מיקום בחלק העליון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המילים ביחידה מוצג עם ניקוד כדי לשמור על הגייה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בין משמשת לתיאור שני דברים או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החתול __________ למיטה.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הכוס __________ השולחן.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אוכלים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בבית יש ארבעה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שלי יש שלושה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הספר נמצא __________ לשולחן.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🛏️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בתוך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החדר שלכם בחמישה משפטים, השתמשו לפחות בשתי מילות מקום (על, מתחת, ליד, בתוך).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הופך מקום ל'בית' בשבילכם? כתבו שלושה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חדר אחד ורהיט אחד שנמצא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המילה מתחת ל-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מילות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בבית - חדרים, רהיטים ומילות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