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בבית - חדרים, רהיטים ומילות מקום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שמות של חדרים ורהיטים בבית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יחס של מקום: על, מתחת, ליד, בתוך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צורת הרבים של שמות עצם הקשורים לבית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אריק איינשטיין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הנאה מהבית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השיר ביחידה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במטבח מבשלים, במיטה ישנים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מטבח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(🛏️)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כותב/ת חמישה משפטים תקניים המתארים חדר, עם שימוש נכון בלפחות שתי מילות יחס של מקום ובשמות רהיטים מהיחידה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שהתלמיד/ה מזהה נכון חדר ורהיט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שהמשפט כולל שימוש נכון ב-ל- אחרי מתחת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חופשית - בדקו הבנה כללית של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השיר בכיתה לפני תחילת התרגול כדי לחזק את ההקשר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את מילות המקום בעזרת חפצים אמיתיים בכיתה (ספר על שולחן, עיפרון מתחת לספר)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ניתן להתמקד בחלקים הבסיסיים: אוצר מילים, התאמה והשלמת משפטים ללא הפריטים המסומנים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בבית - חדרים, רהיטים ומילות מקום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ביחידה הזו נלמד על השיר אוהב להיות בבית של אריק איינשטיין, ונתרגל מילים הקשורות לחדרים, רהיטים ומיקום בחלל.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על  ·  מתחת  ·  מטבח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שר את השיר אוהב להיות בבית?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אריק איינשטיין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דני אבדיה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שלמה ארצי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הנושא המרכזי של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טיול בחו״ל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הנאה מהבית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 כדורגל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השיר אוהב להיות בבית הוא שיר שקט ונוסטלגי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מטבח הוא המקום שבו ישנים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החתול __________ למיטה.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הכוס __________ השולחן.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אנחנו אוכלים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מטבח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🛏️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את החדר שלכם בחמישה משפטים, השתמשו לפחות בשתי מילות מקום (על, מתחת, ליד, בתוך).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של חדר אחד ורהיט אחד שנמצא בו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עם המילה מתחת ל-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בבית - חדרים, רהיטים ומילות מקום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